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כרטיסיות משימה לכל טקסט</w:t>
            </w:r>
          </w:p>
          <w:p>
            <w:pPr>
              <w:bidi/>
              <w:jc w:val="right"/>
            </w:pPr>
            <w:r>
              <w:rPr>
                <w:rFonts w:ascii="Arial" w:hAnsi="Arial" w:cs="Arial" w:eastAsia="Arial"/>
                <w:lang w:val="he-IL" w:bidi="he-IL"/>
                <w:b/>
                <w:color w:val="3C1361"/>
                <w:sz w:val="32"/>
                <w:rtl/>
                <w:szCs w:val="32"/>
                <w:bCs/>
              </w:rPr>
              <w:t>דף תרגול: הבנת טקסט קצר - משימות חנ״מ</w:t>
            </w:r>
          </w:p>
        </w:tc>
        <w:tc>
          <w:tcPr>
            <w:tcW w:type="dxa" w:w="2211"/>
            <w:shd w:val="clear" w:fill="FFF5E6"/>
          </w:tcPr>
          <w:p>
            <w:pPr>
              <w:bidi/>
              <w:jc w:val="right"/>
            </w:pPr>
            <w:r>
              <w:rPr>
                <w:rFonts w:ascii="Arial" w:hAnsi="Arial" w:cs="Arial" w:eastAsia="Arial"/>
                <w:lang w:val="he-IL" w:bidi="he-IL"/>
                <w:b/>
                <w:sz w:val="22"/>
                <w:rtl/>
                <w:szCs w:val="22"/>
                <w:bCs/>
              </w:rPr>
              <w:t>מהדורה למורה · חנ״מ</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להבין טקסט קצר ולזהות דמות, מקום ורגש</w:t>
      </w:r>
    </w:p>
    <w:p>
      <w:pPr>
        <w:bidi/>
        <w:spacing w:after="80"/>
        <w:jc w:val="right"/>
      </w:pPr>
      <w:r>
        <w:rPr>
          <w:rFonts w:ascii="Arial" w:hAnsi="Arial" w:cs="Arial" w:eastAsia="Arial"/>
          <w:lang w:val="he-IL" w:bidi="he-IL"/>
          <w:sz w:val="22"/>
          <w:rtl/>
          <w:szCs w:val="22"/>
        </w:rPr>
        <w:t>• לספור, להקיף ולהתאים מילים מהטקסט</w:t>
      </w:r>
    </w:p>
    <w:p>
      <w:pPr>
        <w:bidi/>
        <w:spacing w:after="80"/>
        <w:jc w:val="right"/>
      </w:pPr>
      <w:r>
        <w:rPr>
          <w:rFonts w:ascii="Arial" w:hAnsi="Arial" w:cs="Arial" w:eastAsia="Arial"/>
          <w:lang w:val="he-IL" w:bidi="he-IL"/>
          <w:sz w:val="22"/>
          <w:rtl/>
          <w:szCs w:val="22"/>
        </w:rPr>
        <w:t>• לבטא דעה ורגש ולסדר את מהלך הסיפור</w:t>
      </w:r>
    </w:p>
    <w:p>
      <w:pPr>
        <w:bidi/>
        <w:spacing w:after="80"/>
        <w:jc w:val="right"/>
      </w:pPr>
      <w:r>
        <w:rPr>
          <w:rFonts w:ascii="Arial" w:hAnsi="Arial" w:cs="Arial" w:eastAsia="Arial"/>
          <w:lang w:val="he-IL" w:bidi="he-IL"/>
          <w:color w:val="744210"/>
          <w:sz w:val="22"/>
          <w:rtl/>
          <w:szCs w:val="22"/>
        </w:rPr>
        <w:t>גרסת חנ״מ – פחות פריטים, עד 3 אפשרויות בחירה, בנק מילים, גופן מוגדל ושורות כתיבה רחבות. מומלץ להקריא את ההוראות בקול ולעבוד חלק אחר חלק, בלי הגבלת זמן.</w:t>
      </w:r>
    </w:p>
    <w:p>
      <w:pPr>
        <w:bidi/>
        <w:pStyle w:val="Heading3"/>
        <w:spacing w:after="80"/>
        <w:jc w:val="right"/>
      </w:pPr>
      <w:r>
        <w:rPr>
          <w:rFonts w:ascii="Arial" w:hAnsi="Arial" w:cs="Arial" w:eastAsia="Arial"/>
          <w:lang w:val="he-IL" w:bidi="he-IL"/>
          <w:b/>
          <w:color w:val="E53E3E"/>
          <w:sz w:val="26"/>
          <w:rtl/>
          <w:szCs w:val="26"/>
          <w:bCs/>
        </w:rPr>
        <w:t>חלק א׳ – הבנה - מי ומה</w:t>
      </w:r>
    </w:p>
    <w:p>
      <w:pPr>
        <w:bidi/>
        <w:spacing w:after="40"/>
        <w:jc w:val="right"/>
      </w:pPr>
      <w:r>
        <w:rPr>
          <w:rFonts w:ascii="Arial" w:hAnsi="Arial" w:cs="Arial" w:eastAsia="Arial"/>
          <w:lang w:val="he-IL" w:bidi="he-IL"/>
          <w:sz w:val="22"/>
          <w:rtl/>
          <w:szCs w:val="22"/>
        </w:rPr>
        <w:t>1. א – דני</w:t>
      </w:r>
    </w:p>
    <w:p>
      <w:pPr>
        <w:bidi/>
        <w:spacing w:after="40"/>
        <w:jc w:val="right"/>
      </w:pPr>
      <w:r>
        <w:rPr>
          <w:rFonts w:ascii="Arial" w:hAnsi="Arial" w:cs="Arial" w:eastAsia="Arial"/>
          <w:lang w:val="he-IL" w:bidi="he-IL"/>
          <w:sz w:val="22"/>
          <w:rtl/>
          <w:szCs w:val="22"/>
        </w:rPr>
        <w:t>2. ב – בגן</w:t>
      </w:r>
    </w:p>
    <w:p>
      <w:pPr>
        <w:bidi/>
        <w:pStyle w:val="Heading3"/>
        <w:spacing w:after="80"/>
        <w:jc w:val="right"/>
      </w:pPr>
      <w:r>
        <w:rPr>
          <w:rFonts w:ascii="Arial" w:hAnsi="Arial" w:cs="Arial" w:eastAsia="Arial"/>
          <w:lang w:val="he-IL" w:bidi="he-IL"/>
          <w:b/>
          <w:color w:val="DD6B20"/>
          <w:sz w:val="26"/>
          <w:rtl/>
          <w:szCs w:val="26"/>
          <w:bCs/>
        </w:rPr>
        <w:t>חלק ב׳ – נכון או לא נכון</w:t>
      </w:r>
    </w:p>
    <w:p>
      <w:pPr>
        <w:bidi/>
        <w:spacing w:after="40"/>
        <w:jc w:val="right"/>
      </w:pPr>
      <w:r>
        <w:rPr>
          <w:rFonts w:ascii="Arial" w:hAnsi="Arial" w:cs="Arial" w:eastAsia="Arial"/>
          <w:lang w:val="he-IL" w:bidi="he-IL"/>
          <w:sz w:val="22"/>
          <w:rtl/>
          <w:szCs w:val="22"/>
        </w:rPr>
        <w:t>1. נכון – כתוב בטקסט</w:t>
      </w:r>
    </w:p>
    <w:p>
      <w:pPr>
        <w:bidi/>
        <w:spacing w:after="40"/>
        <w:jc w:val="right"/>
      </w:pPr>
      <w:r>
        <w:rPr>
          <w:rFonts w:ascii="Arial" w:hAnsi="Arial" w:cs="Arial" w:eastAsia="Arial"/>
          <w:lang w:val="he-IL" w:bidi="he-IL"/>
          <w:sz w:val="22"/>
          <w:rtl/>
          <w:szCs w:val="22"/>
        </w:rPr>
        <w:t>2. לא נכון – הכלב היה עצוב בהתחלה</w:t>
      </w:r>
    </w:p>
    <w:p>
      <w:pPr>
        <w:bidi/>
        <w:pStyle w:val="Heading3"/>
        <w:spacing w:after="80"/>
        <w:jc w:val="right"/>
      </w:pPr>
      <w:r>
        <w:rPr>
          <w:rFonts w:ascii="Arial" w:hAnsi="Arial" w:cs="Arial" w:eastAsia="Arial"/>
          <w:lang w:val="he-IL" w:bidi="he-IL"/>
          <w:b/>
          <w:color w:val="3182CE"/>
          <w:sz w:val="26"/>
          <w:rtl/>
          <w:szCs w:val="26"/>
          <w:bCs/>
        </w:rPr>
        <w:t>חלק ג׳ – השלימו מילה מהטקסט</w:t>
      </w:r>
    </w:p>
    <w:p>
      <w:pPr>
        <w:bidi/>
        <w:spacing w:after="40"/>
        <w:jc w:val="right"/>
      </w:pPr>
      <w:r>
        <w:rPr>
          <w:rFonts w:ascii="Arial" w:hAnsi="Arial" w:cs="Arial" w:eastAsia="Arial"/>
          <w:lang w:val="he-IL" w:bidi="he-IL"/>
          <w:sz w:val="22"/>
          <w:rtl/>
          <w:szCs w:val="22"/>
        </w:rPr>
        <w:t>1. גן</w:t>
      </w:r>
    </w:p>
    <w:p>
      <w:pPr>
        <w:bidi/>
        <w:spacing w:after="40"/>
        <w:jc w:val="right"/>
      </w:pPr>
      <w:r>
        <w:rPr>
          <w:rFonts w:ascii="Arial" w:hAnsi="Arial" w:cs="Arial" w:eastAsia="Arial"/>
          <w:lang w:val="he-IL" w:bidi="he-IL"/>
          <w:sz w:val="22"/>
          <w:rtl/>
          <w:szCs w:val="22"/>
        </w:rPr>
        <w:t>2. כלב</w:t>
      </w:r>
    </w:p>
    <w:p>
      <w:pPr>
        <w:bidi/>
        <w:pStyle w:val="Heading3"/>
        <w:spacing w:after="80"/>
        <w:jc w:val="right"/>
      </w:pPr>
      <w:r>
        <w:rPr>
          <w:rFonts w:ascii="Arial" w:hAnsi="Arial" w:cs="Arial" w:eastAsia="Arial"/>
          <w:lang w:val="he-IL" w:bidi="he-IL"/>
          <w:b/>
          <w:color w:val="38A169"/>
          <w:sz w:val="26"/>
          <w:rtl/>
          <w:szCs w:val="26"/>
          <w:bCs/>
        </w:rPr>
        <w:t>חלק ד׳ – התאימו מילה למשמעות</w:t>
      </w:r>
    </w:p>
    <w:p>
      <w:pPr>
        <w:bidi/>
        <w:spacing w:after="40"/>
        <w:jc w:val="right"/>
      </w:pPr>
      <w:r>
        <w:rPr>
          <w:rFonts w:ascii="Arial" w:hAnsi="Arial" w:cs="Arial" w:eastAsia="Arial"/>
          <w:lang w:val="he-IL" w:bidi="he-IL"/>
          <w:sz w:val="22"/>
          <w:rtl/>
          <w:szCs w:val="22"/>
        </w:rPr>
        <w:t>1 – ב (נגע בעדינות ובאהבה)</w:t>
      </w:r>
    </w:p>
    <w:p>
      <w:pPr>
        <w:bidi/>
        <w:spacing w:after="40"/>
        <w:jc w:val="right"/>
      </w:pPr>
      <w:r>
        <w:rPr>
          <w:rFonts w:ascii="Arial" w:hAnsi="Arial" w:cs="Arial" w:eastAsia="Arial"/>
          <w:lang w:val="he-IL" w:bidi="he-IL"/>
          <w:sz w:val="22"/>
          <w:rtl/>
          <w:szCs w:val="22"/>
        </w:rPr>
        <w:t>2 – א (הזיז את הזנב משמחה)</w:t>
      </w:r>
    </w:p>
    <w:p>
      <w:pPr>
        <w:bidi/>
        <w:pStyle w:val="Heading3"/>
        <w:spacing w:after="80"/>
        <w:jc w:val="right"/>
      </w:pPr>
      <w:r>
        <w:rPr>
          <w:rFonts w:ascii="Arial" w:hAnsi="Arial" w:cs="Arial" w:eastAsia="Arial"/>
          <w:lang w:val="he-IL" w:bidi="he-IL"/>
          <w:b/>
          <w:color w:val="805AD5"/>
          <w:sz w:val="26"/>
          <w:rtl/>
          <w:szCs w:val="26"/>
          <w:bCs/>
        </w:rPr>
        <w:t>חלק ה׳ – סדרו את הסיפור</w:t>
      </w:r>
    </w:p>
    <w:p>
      <w:pPr>
        <w:bidi/>
        <w:spacing w:after="40"/>
        <w:jc w:val="right"/>
      </w:pPr>
      <w:r>
        <w:rPr>
          <w:rFonts w:ascii="Arial" w:hAnsi="Arial" w:cs="Arial" w:eastAsia="Arial"/>
          <w:lang w:val="he-IL" w:bidi="he-IL"/>
          <w:sz w:val="22"/>
          <w:rtl/>
          <w:szCs w:val="22"/>
        </w:rPr>
        <w:t>1. דני הלך לגן</w:t>
      </w:r>
    </w:p>
    <w:p>
      <w:pPr>
        <w:bidi/>
        <w:spacing w:after="40"/>
        <w:jc w:val="right"/>
      </w:pPr>
      <w:r>
        <w:rPr>
          <w:rFonts w:ascii="Arial" w:hAnsi="Arial" w:cs="Arial" w:eastAsia="Arial"/>
          <w:lang w:val="he-IL" w:bidi="he-IL"/>
          <w:sz w:val="22"/>
          <w:rtl/>
          <w:szCs w:val="22"/>
        </w:rPr>
        <w:t>2. דני ראה כלב קטן ועצוב</w:t>
      </w:r>
    </w:p>
    <w:p>
      <w:pPr>
        <w:bidi/>
        <w:spacing w:after="40"/>
        <w:jc w:val="right"/>
      </w:pPr>
      <w:r>
        <w:rPr>
          <w:rFonts w:ascii="Arial" w:hAnsi="Arial" w:cs="Arial" w:eastAsia="Arial"/>
          <w:lang w:val="he-IL" w:bidi="he-IL"/>
          <w:sz w:val="22"/>
          <w:rtl/>
          <w:szCs w:val="22"/>
        </w:rPr>
        <w:t>3. דני ליטף את הכלב ודיבר איתו</w:t>
      </w:r>
    </w:p>
    <w:p>
      <w:pPr>
        <w:bidi/>
        <w:pStyle w:val="Heading3"/>
        <w:spacing w:after="80"/>
        <w:jc w:val="right"/>
      </w:pPr>
      <w:r>
        <w:rPr>
          <w:rFonts w:ascii="Arial" w:hAnsi="Arial" w:cs="Arial" w:eastAsia="Arial"/>
          <w:lang w:val="he-IL" w:bidi="he-IL"/>
          <w:b/>
          <w:color w:val="D53F8C"/>
          <w:sz w:val="26"/>
          <w:rtl/>
          <w:szCs w:val="26"/>
          <w:bCs/>
        </w:rPr>
        <w:t>חלק ו׳ – ציור ודעה</w:t>
      </w:r>
    </w:p>
    <w:p>
      <w:pPr>
        <w:bidi/>
        <w:spacing w:after="40"/>
        <w:jc w:val="right"/>
      </w:pPr>
      <w:r>
        <w:rPr>
          <w:rFonts w:ascii="Arial" w:hAnsi="Arial" w:cs="Arial" w:eastAsia="Arial"/>
          <w:lang w:val="he-IL" w:bidi="he-IL"/>
          <w:sz w:val="22"/>
          <w:rtl/>
          <w:szCs w:val="22"/>
        </w:rPr>
        <w:t>1. ציור ברור הקשור לסיפור, עם לפחות פרט אחד מהטקסט</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דני והכלב</w:t>
      </w:r>
    </w:p>
    <w:p>
      <w:pPr>
        <w:bidi/>
        <w:spacing w:after="80"/>
        <w:jc w:val="right"/>
      </w:pPr>
      <w:r>
        <w:rPr>
          <w:rFonts w:ascii="Arial" w:hAnsi="Arial" w:cs="Arial" w:eastAsia="Arial"/>
          <w:lang w:val="he-IL" w:bidi="he-IL"/>
          <w:sz w:val="22"/>
          <w:rtl/>
          <w:szCs w:val="22"/>
        </w:rPr>
        <w:t>• שמח</w:t>
      </w:r>
    </w:p>
    <w:p>
      <w:pPr>
        <w:bidi/>
        <w:spacing w:after="80"/>
        <w:jc w:val="right"/>
      </w:pPr>
      <w:r>
        <w:rPr>
          <w:rFonts w:ascii="Arial" w:hAnsi="Arial" w:cs="Arial" w:eastAsia="Arial"/>
          <w:lang w:val="he-IL" w:bidi="he-IL"/>
          <w:sz w:val="22"/>
          <w:rtl/>
          <w:szCs w:val="22"/>
        </w:rPr>
        <w:t>• כל תשובה אישית הקשורה לסיפור מתקבלת</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להקריא את הטקסט בקול לפני התחלת הדף ולחזור עליו לפי הצורך</w:t>
      </w:r>
    </w:p>
    <w:p>
      <w:pPr>
        <w:bidi/>
        <w:spacing w:after="80"/>
        <w:jc w:val="right"/>
      </w:pPr>
      <w:r>
        <w:rPr>
          <w:rFonts w:ascii="Arial" w:hAnsi="Arial" w:cs="Arial" w:eastAsia="Arial"/>
          <w:lang w:val="he-IL" w:bidi="he-IL"/>
          <w:sz w:val="22"/>
          <w:rtl/>
          <w:szCs w:val="22"/>
        </w:rPr>
        <w:t>• לתלמידים שמתקשים בכתיבה אפשר לאפשר תשובה בציור, בהצבעה או בעל פה</w:t>
      </w:r>
    </w:p>
    <w:p>
      <w:pPr>
        <w:bidi/>
        <w:spacing w:after="80"/>
        <w:jc w:val="right"/>
      </w:pPr>
      <w:r>
        <w:rPr>
          <w:rFonts w:ascii="Arial" w:hAnsi="Arial" w:cs="Arial" w:eastAsia="Arial"/>
          <w:lang w:val="he-IL" w:bidi="he-IL"/>
          <w:sz w:val="22"/>
          <w:rtl/>
          <w:szCs w:val="22"/>
        </w:rPr>
        <w:t>• כדאי להכין תמונות או כרטיסיות של הדמות והמקומות לעזרה חזותית</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כרטיסיות משימה לכל טקסט</w:t>
            </w:r>
          </w:p>
          <w:p>
            <w:pPr>
              <w:bidi/>
              <w:jc w:val="right"/>
            </w:pPr>
            <w:r>
              <w:rPr>
                <w:rFonts w:ascii="Arial" w:hAnsi="Arial" w:cs="Arial" w:eastAsia="Arial"/>
                <w:lang w:val="he-IL" w:bidi="he-IL"/>
                <w:b/>
                <w:color w:val="3C1361"/>
                <w:sz w:val="32"/>
                <w:rtl/>
                <w:szCs w:val="32"/>
                <w:bCs/>
              </w:rPr>
              <w:t>דף תרגול: הבנת טקסט קצר - משימות חנ״מ</w:t>
            </w:r>
          </w:p>
        </w:tc>
        <w:tc>
          <w:tcPr>
            <w:tcW w:type="dxa" w:w="2211"/>
            <w:shd w:val="clear" w:fill="FFF5E6"/>
          </w:tcPr>
          <w:p>
            <w:pPr>
              <w:bidi/>
              <w:jc w:val="right"/>
            </w:pPr>
            <w:r>
              <w:rPr>
                <w:rFonts w:ascii="Arial" w:hAnsi="Arial" w:cs="Arial" w:eastAsia="Arial"/>
                <w:lang w:val="he-IL" w:bidi="he-IL"/>
                <w:b/>
                <w:sz w:val="22"/>
                <w:rtl/>
                <w:szCs w:val="22"/>
                <w:bCs/>
              </w:rPr>
              <w:t>דף התלמיד/ה · חנ״מ</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32"/>
          <w:rtl/>
          <w:szCs w:val="32"/>
          <w:bCs/>
        </w:rPr>
        <w:t>שם: ____________________   כיתה: ________   תאריך: ____________</w:t>
      </w:r>
    </w:p>
    <w:p>
      <w:pPr>
        <w:bidi/>
        <w:spacing w:after="80"/>
        <w:jc w:val="right"/>
      </w:pPr>
      <w:r>
        <w:rPr>
          <w:rFonts w:ascii="Arial" w:hAnsi="Arial" w:cs="Arial" w:eastAsia="Arial"/>
          <w:lang w:val="he-IL" w:bidi="he-IL"/>
          <w:color w:val="2C5282"/>
          <w:sz w:val="32"/>
          <w:rtl/>
          <w:szCs w:val="32"/>
        </w:rPr>
        <w:t>קראו את הסיפור הקצר על דני והכלב. בעזרת הסיפור תתרגלו למצוא דמויות, מילים, רגשות וסדר אירועים. הסיפור: דני הלך לגן. הוא ראה כלב קטן ועצוב. דני ישב ליד הכלב ודיבר איתו בעדינות. הכלב התחיל לכשכש בזנב. דני ליטף את הכלב, והכלב שמח מאוד. הם שיחקו ביחד עד הערב.</w:t>
      </w:r>
    </w:p>
    <w:p>
      <w:pPr>
        <w:bidi/>
        <w:spacing w:after="80"/>
        <w:jc w:val="right"/>
      </w:pPr>
      <w:r>
        <w:rPr>
          <w:rFonts w:ascii="Arial" w:hAnsi="Arial" w:cs="Arial" w:eastAsia="Arial"/>
          <w:lang w:val="he-IL" w:bidi="he-IL"/>
          <w:b/>
          <w:color w:val="7B341E"/>
          <w:sz w:val="32"/>
          <w:rtl/>
          <w:szCs w:val="32"/>
          <w:bCs/>
        </w:rPr>
        <w:t>🧺 בנק מילים: כלב  ·  גן</w:t>
      </w:r>
    </w:p>
    <w:p>
      <w:pPr>
        <w:bidi/>
        <w:pStyle w:val="Heading2"/>
        <w:spacing w:after="80"/>
        <w:jc w:val="right"/>
      </w:pPr>
      <w:r>
        <w:rPr>
          <w:rFonts w:ascii="Arial" w:hAnsi="Arial" w:cs="Arial" w:eastAsia="Arial"/>
          <w:lang w:val="he-IL" w:bidi="he-IL"/>
          <w:b/>
          <w:color w:val="E53E3E"/>
          <w:sz w:val="36"/>
          <w:rtl/>
          <w:szCs w:val="36"/>
          <w:bCs/>
        </w:rPr>
        <w:t>1  חלק א׳ – הבנה - מי ומה</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מי הדמות הראשית בטקסט?</w:t>
      </w:r>
    </w:p>
    <w:p>
      <w:pPr>
        <w:bidi/>
        <w:spacing w:after="20"/>
        <w:jc w:val="right"/>
      </w:pPr>
      <w:r>
        <w:rPr>
          <w:rFonts w:ascii="Arial" w:hAnsi="Arial" w:cs="Arial" w:eastAsia="Arial"/>
          <w:lang w:val="he-IL" w:bidi="he-IL"/>
          <w:sz w:val="32"/>
          <w:rtl/>
          <w:szCs w:val="32"/>
        </w:rPr>
        <w:t xml:space="preserve">      ☐ א. דני</w:t>
      </w:r>
    </w:p>
    <w:p>
      <w:pPr>
        <w:bidi/>
        <w:spacing w:after="20"/>
        <w:jc w:val="right"/>
      </w:pPr>
      <w:r>
        <w:rPr>
          <w:rFonts w:ascii="Arial" w:hAnsi="Arial" w:cs="Arial" w:eastAsia="Arial"/>
          <w:lang w:val="he-IL" w:bidi="he-IL"/>
          <w:sz w:val="32"/>
          <w:rtl/>
          <w:szCs w:val="32"/>
        </w:rPr>
        <w:t xml:space="preserve">      ☐ ב. כלב גדול</w:t>
      </w:r>
    </w:p>
    <w:p>
      <w:pPr>
        <w:bidi/>
        <w:spacing w:after="20"/>
        <w:jc w:val="right"/>
      </w:pPr>
      <w:r>
        <w:rPr>
          <w:rFonts w:ascii="Arial" w:hAnsi="Arial" w:cs="Arial" w:eastAsia="Arial"/>
          <w:lang w:val="he-IL" w:bidi="he-IL"/>
          <w:sz w:val="32"/>
          <w:rtl/>
          <w:szCs w:val="32"/>
        </w:rPr>
        <w:t xml:space="preserve">      ☐ ג. מורה</w:t>
      </w:r>
    </w:p>
    <w:p>
      <w:pPr>
        <w:bidi/>
        <w:spacing w:after="20"/>
        <w:jc w:val="right"/>
      </w:pPr>
      <w:r>
        <w:rPr>
          <w:rFonts w:ascii="Arial" w:hAnsi="Arial" w:cs="Arial" w:eastAsia="Arial"/>
          <w:lang w:val="he-IL" w:bidi="he-IL"/>
          <w:b/>
          <w:sz w:val="32"/>
          <w:rtl/>
          <w:szCs w:val="32"/>
          <w:bCs/>
        </w:rPr>
        <w:t>2. איפה דני פגש את הכלב?</w:t>
      </w:r>
    </w:p>
    <w:p>
      <w:pPr>
        <w:bidi/>
        <w:spacing w:after="20"/>
        <w:jc w:val="right"/>
      </w:pPr>
      <w:r>
        <w:rPr>
          <w:rFonts w:ascii="Arial" w:hAnsi="Arial" w:cs="Arial" w:eastAsia="Arial"/>
          <w:lang w:val="he-IL" w:bidi="he-IL"/>
          <w:sz w:val="32"/>
          <w:rtl/>
          <w:szCs w:val="32"/>
        </w:rPr>
        <w:t xml:space="preserve">      ☐ א. בבית</w:t>
      </w:r>
    </w:p>
    <w:p>
      <w:pPr>
        <w:bidi/>
        <w:spacing w:after="20"/>
        <w:jc w:val="right"/>
      </w:pPr>
      <w:r>
        <w:rPr>
          <w:rFonts w:ascii="Arial" w:hAnsi="Arial" w:cs="Arial" w:eastAsia="Arial"/>
          <w:lang w:val="he-IL" w:bidi="he-IL"/>
          <w:sz w:val="32"/>
          <w:rtl/>
          <w:szCs w:val="32"/>
        </w:rPr>
        <w:t xml:space="preserve">      ☐ ב. בגן</w:t>
      </w:r>
    </w:p>
    <w:p>
      <w:pPr>
        <w:bidi/>
        <w:spacing w:after="20"/>
        <w:jc w:val="right"/>
      </w:pPr>
      <w:r>
        <w:rPr>
          <w:rFonts w:ascii="Arial" w:hAnsi="Arial" w:cs="Arial" w:eastAsia="Arial"/>
          <w:lang w:val="he-IL" w:bidi="he-IL"/>
          <w:sz w:val="32"/>
          <w:rtl/>
          <w:szCs w:val="32"/>
        </w:rPr>
        <w:t xml:space="preserve">      ☐ ג. בבית ספר</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2  חלק ב׳ – נכון או לא נכון</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דני פגש כלב קטן בגן</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הכלב היה שמח מההתחלה</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3182CE"/>
          <w:sz w:val="36"/>
          <w:rtl/>
          <w:szCs w:val="36"/>
          <w:bCs/>
        </w:rPr>
        <w:t>3  חלק ג׳ – השלימו מילה מהטקסט</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דני הלך ל__________</w:t>
      </w:r>
    </w:p>
    <w:p>
      <w:pPr>
        <w:bidi/>
        <w:spacing w:after="80"/>
        <w:jc w:val="right"/>
      </w:pPr>
      <w:r>
        <w:rPr>
          <w:rFonts w:ascii="Arial" w:hAnsi="Arial" w:cs="Arial" w:eastAsia="Arial"/>
          <w:lang w:val="he-IL" w:bidi="he-IL"/>
          <w:sz w:val="32"/>
          <w:rtl/>
          <w:szCs w:val="32"/>
        </w:rPr>
        <w:t>2. דני ליטף את ה__________</w:t>
      </w:r>
    </w:p>
    <w:p>
      <w:pPr>
        <w:bidi/>
        <w:spacing w:after="80"/>
        <w:jc w:val="right"/>
      </w:pPr>
    </w:p>
    <w:p>
      <w:pPr>
        <w:bidi/>
        <w:pStyle w:val="Heading2"/>
        <w:spacing w:after="80"/>
        <w:jc w:val="right"/>
      </w:pPr>
      <w:r>
        <w:rPr>
          <w:rFonts w:ascii="Arial" w:hAnsi="Arial" w:cs="Arial" w:eastAsia="Arial"/>
          <w:lang w:val="he-IL" w:bidi="he-IL"/>
          <w:b/>
          <w:color w:val="38A169"/>
          <w:sz w:val="36"/>
          <w:rtl/>
          <w:szCs w:val="36"/>
          <w:bCs/>
        </w:rPr>
        <w:t>4  חלק ד׳ – התאימו מילה למשמעות</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ליטף</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הזיז את הזנב משמחה</w:t>
            </w:r>
          </w:p>
        </w:tc>
      </w:tr>
      <w:tr>
        <w:tc>
          <w:tcPr>
            <w:tcW w:type="dxa" w:w="3969"/>
          </w:tcPr>
          <w:p>
            <w:pPr>
              <w:bidi/>
              <w:jc w:val="right"/>
            </w:pPr>
            <w:r>
              <w:rPr>
                <w:rFonts w:ascii="Arial" w:hAnsi="Arial" w:cs="Arial" w:eastAsia="Arial"/>
                <w:lang w:val="he-IL" w:bidi="he-IL"/>
                <w:sz w:val="32"/>
                <w:rtl/>
                <w:szCs w:val="32"/>
              </w:rPr>
              <w:t>2. כשכש</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נגע בעדינות ובאהבה</w:t>
            </w:r>
          </w:p>
        </w:tc>
      </w:tr>
    </w:tbl>
    <w:p>
      <w:pPr>
        <w:bidi/>
        <w:spacing w:after="80"/>
        <w:jc w:val="right"/>
      </w:pPr>
    </w:p>
    <w:p>
      <w:pPr>
        <w:bidi/>
        <w:pStyle w:val="Heading2"/>
        <w:spacing w:after="80"/>
        <w:jc w:val="right"/>
      </w:pPr>
      <w:r>
        <w:rPr>
          <w:rFonts w:ascii="Arial" w:hAnsi="Arial" w:cs="Arial" w:eastAsia="Arial"/>
          <w:lang w:val="he-IL" w:bidi="he-IL"/>
          <w:b/>
          <w:color w:val="805AD5"/>
          <w:sz w:val="36"/>
          <w:rtl/>
          <w:szCs w:val="36"/>
          <w:bCs/>
        </w:rPr>
        <w:t>5  חלק ה׳ – סדרו את הסיפור</w:t>
      </w:r>
    </w:p>
    <w:p>
      <w:pPr>
        <w:bidi/>
        <w:spacing w:after="80"/>
        <w:jc w:val="right"/>
      </w:pPr>
      <w:r>
        <w:rPr>
          <w:rFonts w:ascii="Arial" w:hAnsi="Arial" w:cs="Arial" w:eastAsia="Arial"/>
          <w:lang w:val="he-IL" w:bidi="he-IL"/>
          <w:color w:val="555555"/>
          <w:sz w:val="30"/>
          <w:rtl/>
          <w:szCs w:val="30"/>
        </w:rPr>
        <w:t>מספרו את השלבים לפי הסדר הנכון (1, 2, 3...).</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דני ראה כלב קטן ועצוב</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דני ליטף את הכלב ודיבר איתו</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דני הלך לגן</w:t>
            </w:r>
          </w:p>
        </w:tc>
      </w:tr>
    </w:tbl>
    <w:p>
      <w:pPr>
        <w:bidi/>
        <w:spacing w:after="80"/>
        <w:jc w:val="right"/>
      </w:pPr>
    </w:p>
    <w:p>
      <w:pPr>
        <w:bidi/>
        <w:pStyle w:val="Heading2"/>
        <w:spacing w:after="80"/>
        <w:jc w:val="right"/>
      </w:pPr>
      <w:r>
        <w:rPr>
          <w:rFonts w:ascii="Arial" w:hAnsi="Arial" w:cs="Arial" w:eastAsia="Arial"/>
          <w:lang w:val="he-IL" w:bidi="he-IL"/>
          <w:b/>
          <w:color w:val="D53F8C"/>
          <w:sz w:val="36"/>
          <w:rtl/>
          <w:szCs w:val="36"/>
          <w:bCs/>
        </w:rPr>
        <w:t>6  חלק ו׳ – ציור ודעה</w:t>
      </w:r>
    </w:p>
    <w:p>
      <w:pPr>
        <w:bidi/>
        <w:spacing w:after="80"/>
        <w:jc w:val="right"/>
      </w:pPr>
      <w:r>
        <w:rPr>
          <w:rFonts w:ascii="Arial" w:hAnsi="Arial" w:cs="Arial" w:eastAsia="Arial"/>
          <w:lang w:val="he-IL" w:bidi="he-IL"/>
          <w:color w:val="555555"/>
          <w:sz w:val="30"/>
          <w:rtl/>
          <w:szCs w:val="30"/>
        </w:rPr>
        <w:t>כתבו תשובה מלאה במשפטים שלמים.</w:t>
      </w:r>
    </w:p>
    <w:p>
      <w:pPr>
        <w:bidi/>
        <w:spacing w:after="40"/>
        <w:jc w:val="right"/>
      </w:pPr>
      <w:r>
        <w:rPr>
          <w:rFonts w:ascii="Arial" w:hAnsi="Arial" w:cs="Arial" w:eastAsia="Arial"/>
          <w:lang w:val="he-IL" w:bidi="he-IL"/>
          <w:b/>
          <w:sz w:val="32"/>
          <w:rtl/>
          <w:szCs w:val="32"/>
          <w:bCs/>
        </w:rPr>
        <w:t>1. ציירו את הרגע שהכי אהבתם בסיפור</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36"/>
          <w:rtl/>
          <w:szCs w:val="36"/>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32"/>
                <w:rtl/>
                <w:szCs w:val="32"/>
                <w:bCs/>
              </w:rPr>
              <w:t>מי הדמויות בסיפור?</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b/>
                <w:sz w:val="32"/>
                <w:rtl/>
                <w:szCs w:val="32"/>
                <w:bCs/>
              </w:rPr>
              <w:t>איך הכלב הרגיש בסוף הסיפור?</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sz w:val="32"/>
                <w:rtl/>
                <w:szCs w:val="32"/>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32"/>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הבנת טקסט קצר - משימות חנ״מ</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