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טקסט קצר - משימות 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ולזהות דמות, מקום ורגש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לספור, להקיף ולהתאים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דעה ורגש ולסדר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 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ליטף אותו ודיבר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הכלב היה עצוב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שיחקו עד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(נגע בעדינות ובאהבה)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(הזיז את הזנב משמחה)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שמח, מרגיש רע)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(מרגיש טוב ומבסוט)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הלך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ראה כלב קטן ועצוב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ליטף את הכלב ודיבר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הכלב התחיל לכשכש בזנב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דני והכלב שיחקו עד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ציור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לסיפור, עם לפחות פרט אחד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שמתארת דרך לעזור או להרגיע את הכלב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דני והכלב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הקשורה לסיפור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התחלת הדף ולחזור עליו לפי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בכתיבה אפשר לאפשר תשובה בציור, בהצבעה או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תמונות או כרטיסיות של הדמות והמקומות לעזרה חזותית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טקסט קצר - משימות 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קצר על ילד וכלב. קוראים את הסיפור ועושים משימות פשוטות: למצוא מילים, לצייר, להתאים ולסדר.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שמככב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נגע בעדינות ובאהבה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כשכש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הזיז את הזנב משמחה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לא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טוב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הראשון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האחרון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התאימו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זוג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מי 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גיבור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הכלב הרגיש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דני עזר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ברח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ליטף אותו ודיבר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התעלם ממנו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פגש כלב קטן בגן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היה שמח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ליטף את הכלב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והכלב שיחקו רק דקה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הלך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היה קטן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דני ליטף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הם שיחקו ביחד עד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הזיז את הזנב משמחה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כשכש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שמח, מרגיש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מרגיש טוב ומבסוט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נגע בעדינות ובאהבה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ליטף את הכלב ודיבר איתו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והכלב שיחקו עד הערב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התחיל לכשכש בזנב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הלך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ראה כלב קטן ועצוב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ציור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הרגע שהכי אהבתם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עושים אם הייתם פוגשים כלב עצוב? כתבו או אמרו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הדמויות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הכלב הרגיש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משפט אחד על מה שאהבתם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טקסט קצר - משימות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