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כרטיסיות משימה לכל טקסט</w:t>
            </w:r>
          </w:p>
          <w:p>
            <w:pPr>
              <w:bidi/>
              <w:jc w:val="right"/>
            </w:pPr>
            <w:r>
              <w:rPr>
                <w:rFonts w:ascii="Arial" w:hAnsi="Arial" w:cs="Arial" w:eastAsia="Arial"/>
                <w:lang w:val="he-IL" w:bidi="he-IL"/>
                <w:b/>
                <w:color w:val="3C1361"/>
                <w:sz w:val="32"/>
                <w:rtl/>
                <w:szCs w:val="32"/>
                <w:bCs/>
              </w:rPr>
              <w:t>דף תרגול: הבנת טקסט קצר - משימות חנ״מ</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טקסט קצר ולזהות דמות, מקום ורגש</w:t>
      </w:r>
    </w:p>
    <w:p>
      <w:pPr>
        <w:bidi/>
        <w:spacing w:after="80"/>
        <w:jc w:val="right"/>
      </w:pPr>
      <w:r>
        <w:rPr>
          <w:rFonts w:ascii="Arial" w:hAnsi="Arial" w:cs="Arial" w:eastAsia="Arial"/>
          <w:lang w:val="he-IL" w:bidi="he-IL"/>
          <w:sz w:val="22"/>
          <w:rtl/>
          <w:szCs w:val="22"/>
        </w:rPr>
        <w:t>• לספור, להקיף ולהתאים מילים מהטקסט</w:t>
      </w:r>
    </w:p>
    <w:p>
      <w:pPr>
        <w:bidi/>
        <w:spacing w:after="80"/>
        <w:jc w:val="right"/>
      </w:pPr>
      <w:r>
        <w:rPr>
          <w:rFonts w:ascii="Arial" w:hAnsi="Arial" w:cs="Arial" w:eastAsia="Arial"/>
          <w:lang w:val="he-IL" w:bidi="he-IL"/>
          <w:sz w:val="22"/>
          <w:rtl/>
          <w:szCs w:val="22"/>
        </w:rPr>
        <w:t>• לבטא דעה ורגש ולסדר את מהלך הסיפור</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הבנה - מי ומה</w:t>
      </w:r>
    </w:p>
    <w:p>
      <w:pPr>
        <w:bidi/>
        <w:spacing w:after="40"/>
        <w:jc w:val="right"/>
      </w:pPr>
      <w:r>
        <w:rPr>
          <w:rFonts w:ascii="Arial" w:hAnsi="Arial" w:cs="Arial" w:eastAsia="Arial"/>
          <w:lang w:val="he-IL" w:bidi="he-IL"/>
          <w:sz w:val="22"/>
          <w:rtl/>
          <w:szCs w:val="22"/>
        </w:rPr>
        <w:t>1. א – דני</w:t>
      </w:r>
    </w:p>
    <w:p>
      <w:pPr>
        <w:bidi/>
        <w:spacing w:after="40"/>
        <w:jc w:val="right"/>
      </w:pPr>
      <w:r>
        <w:rPr>
          <w:rFonts w:ascii="Arial" w:hAnsi="Arial" w:cs="Arial" w:eastAsia="Arial"/>
          <w:lang w:val="he-IL" w:bidi="he-IL"/>
          <w:sz w:val="22"/>
          <w:rtl/>
          <w:szCs w:val="22"/>
        </w:rPr>
        <w:t>2. ב – בגן</w:t>
      </w:r>
    </w:p>
    <w:p>
      <w:pPr>
        <w:bidi/>
        <w:spacing w:after="40"/>
        <w:jc w:val="right"/>
      </w:pPr>
      <w:r>
        <w:rPr>
          <w:rFonts w:ascii="Arial" w:hAnsi="Arial" w:cs="Arial" w:eastAsia="Arial"/>
          <w:lang w:val="he-IL" w:bidi="he-IL"/>
          <w:sz w:val="22"/>
          <w:rtl/>
          <w:szCs w:val="22"/>
        </w:rPr>
        <w:t>3. ג – עצוב</w:t>
      </w:r>
    </w:p>
    <w:p>
      <w:pPr>
        <w:bidi/>
        <w:spacing w:after="40"/>
        <w:jc w:val="right"/>
      </w:pPr>
      <w:r>
        <w:rPr>
          <w:rFonts w:ascii="Arial" w:hAnsi="Arial" w:cs="Arial" w:eastAsia="Arial"/>
          <w:lang w:val="he-IL" w:bidi="he-IL"/>
          <w:sz w:val="22"/>
          <w:rtl/>
          <w:szCs w:val="22"/>
        </w:rPr>
        <w:t>4. ב – ליטף אותו ודיבר איתו</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כתוב בטקסט</w:t>
      </w:r>
    </w:p>
    <w:p>
      <w:pPr>
        <w:bidi/>
        <w:spacing w:after="40"/>
        <w:jc w:val="right"/>
      </w:pPr>
      <w:r>
        <w:rPr>
          <w:rFonts w:ascii="Arial" w:hAnsi="Arial" w:cs="Arial" w:eastAsia="Arial"/>
          <w:lang w:val="he-IL" w:bidi="he-IL"/>
          <w:sz w:val="22"/>
          <w:rtl/>
          <w:szCs w:val="22"/>
        </w:rPr>
        <w:t>2. לא נכון – הכלב היה עצוב בהתחלה</w:t>
      </w:r>
    </w:p>
    <w:p>
      <w:pPr>
        <w:bidi/>
        <w:spacing w:after="40"/>
        <w:jc w:val="right"/>
      </w:pPr>
      <w:r>
        <w:rPr>
          <w:rFonts w:ascii="Arial" w:hAnsi="Arial" w:cs="Arial" w:eastAsia="Arial"/>
          <w:lang w:val="he-IL" w:bidi="he-IL"/>
          <w:sz w:val="22"/>
          <w:rtl/>
          <w:szCs w:val="22"/>
        </w:rPr>
        <w:t>3. נכון – כתוב בטקסט</w:t>
      </w:r>
    </w:p>
    <w:p>
      <w:pPr>
        <w:bidi/>
        <w:spacing w:after="40"/>
        <w:jc w:val="right"/>
      </w:pPr>
      <w:r>
        <w:rPr>
          <w:rFonts w:ascii="Arial" w:hAnsi="Arial" w:cs="Arial" w:eastAsia="Arial"/>
          <w:lang w:val="he-IL" w:bidi="he-IL"/>
          <w:sz w:val="22"/>
          <w:rtl/>
          <w:szCs w:val="22"/>
        </w:rPr>
        <w:t>4. לא נכון – הם שיחקו עד הערב</w:t>
      </w:r>
    </w:p>
    <w:p>
      <w:pPr>
        <w:bidi/>
        <w:pStyle w:val="Heading3"/>
        <w:spacing w:after="80"/>
        <w:jc w:val="right"/>
      </w:pPr>
      <w:r>
        <w:rPr>
          <w:rFonts w:ascii="Arial" w:hAnsi="Arial" w:cs="Arial" w:eastAsia="Arial"/>
          <w:lang w:val="he-IL" w:bidi="he-IL"/>
          <w:b/>
          <w:color w:val="3182CE"/>
          <w:sz w:val="26"/>
          <w:rtl/>
          <w:szCs w:val="26"/>
          <w:bCs/>
        </w:rPr>
        <w:t>חלק ג׳ – השלימו מילה מהטקסט</w:t>
      </w:r>
    </w:p>
    <w:p>
      <w:pPr>
        <w:bidi/>
        <w:spacing w:after="40"/>
        <w:jc w:val="right"/>
      </w:pPr>
      <w:r>
        <w:rPr>
          <w:rFonts w:ascii="Arial" w:hAnsi="Arial" w:cs="Arial" w:eastAsia="Arial"/>
          <w:lang w:val="he-IL" w:bidi="he-IL"/>
          <w:sz w:val="22"/>
          <w:rtl/>
          <w:szCs w:val="22"/>
        </w:rPr>
        <w:t>1. גן</w:t>
      </w:r>
    </w:p>
    <w:p>
      <w:pPr>
        <w:bidi/>
        <w:spacing w:after="40"/>
        <w:jc w:val="right"/>
      </w:pPr>
      <w:r>
        <w:rPr>
          <w:rFonts w:ascii="Arial" w:hAnsi="Arial" w:cs="Arial" w:eastAsia="Arial"/>
          <w:lang w:val="he-IL" w:bidi="he-IL"/>
          <w:sz w:val="22"/>
          <w:rtl/>
          <w:szCs w:val="22"/>
        </w:rPr>
        <w:t>2. עצוב</w:t>
      </w:r>
    </w:p>
    <w:p>
      <w:pPr>
        <w:bidi/>
        <w:spacing w:after="40"/>
        <w:jc w:val="right"/>
      </w:pPr>
      <w:r>
        <w:rPr>
          <w:rFonts w:ascii="Arial" w:hAnsi="Arial" w:cs="Arial" w:eastAsia="Arial"/>
          <w:lang w:val="he-IL" w:bidi="he-IL"/>
          <w:sz w:val="22"/>
          <w:rtl/>
          <w:szCs w:val="22"/>
        </w:rPr>
        <w:t>3. כלב</w:t>
      </w:r>
    </w:p>
    <w:p>
      <w:pPr>
        <w:bidi/>
        <w:spacing w:after="40"/>
        <w:jc w:val="right"/>
      </w:pPr>
      <w:r>
        <w:rPr>
          <w:rFonts w:ascii="Arial" w:hAnsi="Arial" w:cs="Arial" w:eastAsia="Arial"/>
          <w:lang w:val="he-IL" w:bidi="he-IL"/>
          <w:sz w:val="22"/>
          <w:rtl/>
          <w:szCs w:val="22"/>
        </w:rPr>
        <w:t>4. ערב</w:t>
      </w:r>
    </w:p>
    <w:p>
      <w:pPr>
        <w:bidi/>
        <w:pStyle w:val="Heading3"/>
        <w:spacing w:after="80"/>
        <w:jc w:val="right"/>
      </w:pPr>
      <w:r>
        <w:rPr>
          <w:rFonts w:ascii="Arial" w:hAnsi="Arial" w:cs="Arial" w:eastAsia="Arial"/>
          <w:lang w:val="he-IL" w:bidi="he-IL"/>
          <w:b/>
          <w:color w:val="38A169"/>
          <w:sz w:val="26"/>
          <w:rtl/>
          <w:szCs w:val="26"/>
          <w:bCs/>
        </w:rPr>
        <w:t>חלק ד׳ – התאימו מילה למשמעות</w:t>
      </w:r>
    </w:p>
    <w:p>
      <w:pPr>
        <w:bidi/>
        <w:spacing w:after="40"/>
        <w:jc w:val="right"/>
      </w:pPr>
      <w:r>
        <w:rPr>
          <w:rFonts w:ascii="Arial" w:hAnsi="Arial" w:cs="Arial" w:eastAsia="Arial"/>
          <w:lang w:val="he-IL" w:bidi="he-IL"/>
          <w:sz w:val="22"/>
          <w:rtl/>
          <w:szCs w:val="22"/>
        </w:rPr>
        <w:t>1 – ב (נגע בעדינות ובאהבה)</w:t>
      </w:r>
    </w:p>
    <w:p>
      <w:pPr>
        <w:bidi/>
        <w:spacing w:after="40"/>
        <w:jc w:val="right"/>
      </w:pPr>
      <w:r>
        <w:rPr>
          <w:rFonts w:ascii="Arial" w:hAnsi="Arial" w:cs="Arial" w:eastAsia="Arial"/>
          <w:lang w:val="he-IL" w:bidi="he-IL"/>
          <w:sz w:val="22"/>
          <w:rtl/>
          <w:szCs w:val="22"/>
        </w:rPr>
        <w:t>2 – א (הזיז את הזנב משמחה)</w:t>
      </w:r>
    </w:p>
    <w:p>
      <w:pPr>
        <w:bidi/>
        <w:spacing w:after="40"/>
        <w:jc w:val="right"/>
      </w:pPr>
      <w:r>
        <w:rPr>
          <w:rFonts w:ascii="Arial" w:hAnsi="Arial" w:cs="Arial" w:eastAsia="Arial"/>
          <w:lang w:val="he-IL" w:bidi="he-IL"/>
          <w:sz w:val="22"/>
          <w:rtl/>
          <w:szCs w:val="22"/>
        </w:rPr>
        <w:t>3 – ד (לא שמח, מרגיש רע)</w:t>
      </w:r>
    </w:p>
    <w:p>
      <w:pPr>
        <w:bidi/>
        <w:spacing w:after="40"/>
        <w:jc w:val="right"/>
      </w:pPr>
      <w:r>
        <w:rPr>
          <w:rFonts w:ascii="Arial" w:hAnsi="Arial" w:cs="Arial" w:eastAsia="Arial"/>
          <w:lang w:val="he-IL" w:bidi="he-IL"/>
          <w:sz w:val="22"/>
          <w:rtl/>
          <w:szCs w:val="22"/>
        </w:rPr>
        <w:t>4 – ג (מרגיש טוב ומבסוט)</w:t>
      </w:r>
    </w:p>
    <w:p>
      <w:pPr>
        <w:bidi/>
        <w:pStyle w:val="Heading3"/>
        <w:spacing w:after="80"/>
        <w:jc w:val="right"/>
      </w:pPr>
      <w:r>
        <w:rPr>
          <w:rFonts w:ascii="Arial" w:hAnsi="Arial" w:cs="Arial" w:eastAsia="Arial"/>
          <w:lang w:val="he-IL" w:bidi="he-IL"/>
          <w:b/>
          <w:color w:val="805AD5"/>
          <w:sz w:val="26"/>
          <w:rtl/>
          <w:szCs w:val="26"/>
          <w:bCs/>
        </w:rPr>
        <w:t>חלק ה׳ – סדרו את הסיפור</w:t>
      </w:r>
    </w:p>
    <w:p>
      <w:pPr>
        <w:bidi/>
        <w:spacing w:after="40"/>
        <w:jc w:val="right"/>
      </w:pPr>
      <w:r>
        <w:rPr>
          <w:rFonts w:ascii="Arial" w:hAnsi="Arial" w:cs="Arial" w:eastAsia="Arial"/>
          <w:lang w:val="he-IL" w:bidi="he-IL"/>
          <w:sz w:val="22"/>
          <w:rtl/>
          <w:szCs w:val="22"/>
        </w:rPr>
        <w:t>1. דני הלך לגן</w:t>
      </w:r>
    </w:p>
    <w:p>
      <w:pPr>
        <w:bidi/>
        <w:spacing w:after="40"/>
        <w:jc w:val="right"/>
      </w:pPr>
      <w:r>
        <w:rPr>
          <w:rFonts w:ascii="Arial" w:hAnsi="Arial" w:cs="Arial" w:eastAsia="Arial"/>
          <w:lang w:val="he-IL" w:bidi="he-IL"/>
          <w:sz w:val="22"/>
          <w:rtl/>
          <w:szCs w:val="22"/>
        </w:rPr>
        <w:t>2. דני ראה כלב קטן ועצוב</w:t>
      </w:r>
    </w:p>
    <w:p>
      <w:pPr>
        <w:bidi/>
        <w:spacing w:after="40"/>
        <w:jc w:val="right"/>
      </w:pPr>
      <w:r>
        <w:rPr>
          <w:rFonts w:ascii="Arial" w:hAnsi="Arial" w:cs="Arial" w:eastAsia="Arial"/>
          <w:lang w:val="he-IL" w:bidi="he-IL"/>
          <w:sz w:val="22"/>
          <w:rtl/>
          <w:szCs w:val="22"/>
        </w:rPr>
        <w:t>3. דני ליטף את הכלב ודיבר איתו</w:t>
      </w:r>
    </w:p>
    <w:p>
      <w:pPr>
        <w:bidi/>
        <w:spacing w:after="40"/>
        <w:jc w:val="right"/>
      </w:pPr>
      <w:r>
        <w:rPr>
          <w:rFonts w:ascii="Arial" w:hAnsi="Arial" w:cs="Arial" w:eastAsia="Arial"/>
          <w:lang w:val="he-IL" w:bidi="he-IL"/>
          <w:sz w:val="22"/>
          <w:rtl/>
          <w:szCs w:val="22"/>
        </w:rPr>
        <w:t>4. הכלב התחיל לכשכש בזנב</w:t>
      </w:r>
    </w:p>
    <w:p>
      <w:pPr>
        <w:bidi/>
        <w:spacing w:after="40"/>
        <w:jc w:val="right"/>
      </w:pPr>
      <w:r>
        <w:rPr>
          <w:rFonts w:ascii="Arial" w:hAnsi="Arial" w:cs="Arial" w:eastAsia="Arial"/>
          <w:lang w:val="he-IL" w:bidi="he-IL"/>
          <w:sz w:val="22"/>
          <w:rtl/>
          <w:szCs w:val="22"/>
        </w:rPr>
        <w:t>5. דני והכלב שיחקו עד הערב</w:t>
      </w:r>
    </w:p>
    <w:p>
      <w:pPr>
        <w:bidi/>
        <w:pStyle w:val="Heading3"/>
        <w:spacing w:after="80"/>
        <w:jc w:val="right"/>
      </w:pPr>
      <w:r>
        <w:rPr>
          <w:rFonts w:ascii="Arial" w:hAnsi="Arial" w:cs="Arial" w:eastAsia="Arial"/>
          <w:lang w:val="he-IL" w:bidi="he-IL"/>
          <w:b/>
          <w:color w:val="D53F8C"/>
          <w:sz w:val="26"/>
          <w:rtl/>
          <w:szCs w:val="26"/>
          <w:bCs/>
        </w:rPr>
        <w:t>חלק ו׳ – ציור ודעה</w:t>
      </w:r>
    </w:p>
    <w:p>
      <w:pPr>
        <w:bidi/>
        <w:spacing w:after="40"/>
        <w:jc w:val="right"/>
      </w:pPr>
      <w:r>
        <w:rPr>
          <w:rFonts w:ascii="Arial" w:hAnsi="Arial" w:cs="Arial" w:eastAsia="Arial"/>
          <w:lang w:val="he-IL" w:bidi="he-IL"/>
          <w:sz w:val="22"/>
          <w:rtl/>
          <w:szCs w:val="22"/>
        </w:rPr>
        <w:t>1. ציור ברור הקשור לסיפור, עם לפחות פרט אחד מהטקסט</w:t>
      </w:r>
    </w:p>
    <w:p>
      <w:pPr>
        <w:bidi/>
        <w:spacing w:after="40"/>
        <w:jc w:val="right"/>
      </w:pPr>
      <w:r>
        <w:rPr>
          <w:rFonts w:ascii="Arial" w:hAnsi="Arial" w:cs="Arial" w:eastAsia="Arial"/>
          <w:lang w:val="he-IL" w:bidi="he-IL"/>
          <w:sz w:val="22"/>
          <w:rtl/>
          <w:szCs w:val="22"/>
        </w:rPr>
        <w:t>2. תשובה הגיונית שמתארת דרך לעזור או להרגיע את הכלב</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דני והכלב</w:t>
      </w:r>
    </w:p>
    <w:p>
      <w:pPr>
        <w:bidi/>
        <w:spacing w:after="80"/>
        <w:jc w:val="right"/>
      </w:pPr>
      <w:r>
        <w:rPr>
          <w:rFonts w:ascii="Arial" w:hAnsi="Arial" w:cs="Arial" w:eastAsia="Arial"/>
          <w:lang w:val="he-IL" w:bidi="he-IL"/>
          <w:sz w:val="22"/>
          <w:rtl/>
          <w:szCs w:val="22"/>
        </w:rPr>
        <w:t>• שמח</w:t>
      </w:r>
    </w:p>
    <w:p>
      <w:pPr>
        <w:bidi/>
        <w:spacing w:after="80"/>
        <w:jc w:val="right"/>
      </w:pPr>
      <w:r>
        <w:rPr>
          <w:rFonts w:ascii="Arial" w:hAnsi="Arial" w:cs="Arial" w:eastAsia="Arial"/>
          <w:lang w:val="he-IL" w:bidi="he-IL"/>
          <w:sz w:val="22"/>
          <w:rtl/>
          <w:szCs w:val="22"/>
        </w:rPr>
        <w:t>• כל תשובה אישית הקשורה לסיפור מתקבלת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להקריא את הטקסט בקול לפני התחלת הדף ולחזור עליו לפי הצורך</w:t>
      </w:r>
    </w:p>
    <w:p>
      <w:pPr>
        <w:bidi/>
        <w:spacing w:after="80"/>
        <w:jc w:val="right"/>
      </w:pPr>
      <w:r>
        <w:rPr>
          <w:rFonts w:ascii="Arial" w:hAnsi="Arial" w:cs="Arial" w:eastAsia="Arial"/>
          <w:lang w:val="he-IL" w:bidi="he-IL"/>
          <w:sz w:val="22"/>
          <w:rtl/>
          <w:szCs w:val="22"/>
        </w:rPr>
        <w:t>• לתלמידים שמתקשים בכתיבה אפשר לאפשר תשובה בציור, בהצבעה או בעל פה</w:t>
      </w:r>
    </w:p>
    <w:p>
      <w:pPr>
        <w:bidi/>
        <w:spacing w:after="80"/>
        <w:jc w:val="right"/>
      </w:pPr>
      <w:r>
        <w:rPr>
          <w:rFonts w:ascii="Arial" w:hAnsi="Arial" w:cs="Arial" w:eastAsia="Arial"/>
          <w:lang w:val="he-IL" w:bidi="he-IL"/>
          <w:sz w:val="22"/>
          <w:rtl/>
          <w:szCs w:val="22"/>
        </w:rPr>
        <w:t>• כדאי להכין תמונות או כרטיסיות של הדמות והמקומות לעזרה חזותית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כרטיסיות משימה לכל טקסט</w:t>
            </w:r>
          </w:p>
          <w:p>
            <w:pPr>
              <w:bidi/>
              <w:jc w:val="right"/>
            </w:pPr>
            <w:r>
              <w:rPr>
                <w:rFonts w:ascii="Arial" w:hAnsi="Arial" w:cs="Arial" w:eastAsia="Arial"/>
                <w:lang w:val="he-IL" w:bidi="he-IL"/>
                <w:b/>
                <w:color w:val="3C1361"/>
                <w:sz w:val="32"/>
                <w:rtl/>
                <w:szCs w:val="32"/>
                <w:bCs/>
              </w:rPr>
              <w:t>דף תרגול: הבנת טקסט קצר - משימות חנ״מ</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קראו את הסיפור הקצר על דני והכלב. בעזרת הסיפור תתרגלו למצוא דמויות, מילים, רגשות וסדר אירועים. הסיפור: דני הלך לגן. הוא ראה כלב קטן ועצוב. דני ישב ליד הכלב ודיבר איתו בעדינות. הכלב התחיל לכשכש בזנב. דני ליטף את הכלב, והכלב שמח מאוד. הם שיחקו ביחד עד הערב.</w:t>
      </w:r>
    </w:p>
    <w:p>
      <w:pPr>
        <w:bidi/>
        <w:pStyle w:val="Heading2"/>
        <w:spacing w:after="80"/>
        <w:jc w:val="right"/>
      </w:pPr>
      <w:r>
        <w:rPr>
          <w:rFonts w:ascii="Arial" w:hAnsi="Arial" w:cs="Arial" w:eastAsia="Arial"/>
          <w:lang w:val="he-IL" w:bidi="he-IL"/>
          <w:b/>
          <w:color w:val="E53E3E"/>
          <w:sz w:val="28"/>
          <w:rtl/>
          <w:szCs w:val="28"/>
          <w:bCs/>
        </w:rPr>
        <w:t>1  חלק א׳ – הבנה - מי ומה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מי הדמות הראשית בטקסט?</w:t>
      </w:r>
    </w:p>
    <w:p>
      <w:pPr>
        <w:bidi/>
        <w:spacing w:after="20"/>
        <w:jc w:val="right"/>
      </w:pPr>
      <w:r>
        <w:rPr>
          <w:rFonts w:ascii="Arial" w:hAnsi="Arial" w:cs="Arial" w:eastAsia="Arial"/>
          <w:lang w:val="he-IL" w:bidi="he-IL"/>
          <w:sz w:val="24"/>
          <w:rtl/>
          <w:szCs w:val="24"/>
        </w:rPr>
        <w:t xml:space="preserve">      ☐ א. דני</w:t>
      </w:r>
    </w:p>
    <w:p>
      <w:pPr>
        <w:bidi/>
        <w:spacing w:after="20"/>
        <w:jc w:val="right"/>
      </w:pPr>
      <w:r>
        <w:rPr>
          <w:rFonts w:ascii="Arial" w:hAnsi="Arial" w:cs="Arial" w:eastAsia="Arial"/>
          <w:lang w:val="he-IL" w:bidi="he-IL"/>
          <w:sz w:val="24"/>
          <w:rtl/>
          <w:szCs w:val="24"/>
        </w:rPr>
        <w:t xml:space="preserve">      ☐ ב. כלב גדול</w:t>
      </w:r>
    </w:p>
    <w:p>
      <w:pPr>
        <w:bidi/>
        <w:spacing w:after="20"/>
        <w:jc w:val="right"/>
      </w:pPr>
      <w:r>
        <w:rPr>
          <w:rFonts w:ascii="Arial" w:hAnsi="Arial" w:cs="Arial" w:eastAsia="Arial"/>
          <w:lang w:val="he-IL" w:bidi="he-IL"/>
          <w:sz w:val="24"/>
          <w:rtl/>
          <w:szCs w:val="24"/>
        </w:rPr>
        <w:t xml:space="preserve">      ☐ ג. מורה</w:t>
      </w:r>
    </w:p>
    <w:p>
      <w:pPr>
        <w:bidi/>
        <w:spacing w:after="20"/>
        <w:jc w:val="right"/>
      </w:pPr>
      <w:r>
        <w:rPr>
          <w:rFonts w:ascii="Arial" w:hAnsi="Arial" w:cs="Arial" w:eastAsia="Arial"/>
          <w:lang w:val="he-IL" w:bidi="he-IL"/>
          <w:sz w:val="24"/>
          <w:rtl/>
          <w:szCs w:val="24"/>
        </w:rPr>
        <w:t xml:space="preserve">      ☐ ד. ילדה</w:t>
      </w:r>
    </w:p>
    <w:p>
      <w:pPr>
        <w:bidi/>
        <w:spacing w:after="20"/>
        <w:jc w:val="right"/>
      </w:pPr>
      <w:r>
        <w:rPr>
          <w:rFonts w:ascii="Arial" w:hAnsi="Arial" w:cs="Arial" w:eastAsia="Arial"/>
          <w:lang w:val="he-IL" w:bidi="he-IL"/>
          <w:b/>
          <w:sz w:val="24"/>
          <w:rtl/>
          <w:szCs w:val="24"/>
          <w:bCs/>
        </w:rPr>
        <w:t>2. איפה דני פגש את הכלב?</w:t>
      </w:r>
    </w:p>
    <w:p>
      <w:pPr>
        <w:bidi/>
        <w:spacing w:after="20"/>
        <w:jc w:val="right"/>
      </w:pPr>
      <w:r>
        <w:rPr>
          <w:rFonts w:ascii="Arial" w:hAnsi="Arial" w:cs="Arial" w:eastAsia="Arial"/>
          <w:lang w:val="he-IL" w:bidi="he-IL"/>
          <w:sz w:val="24"/>
          <w:rtl/>
          <w:szCs w:val="24"/>
        </w:rPr>
        <w:t xml:space="preserve">      ☐ א. בבית</w:t>
      </w:r>
    </w:p>
    <w:p>
      <w:pPr>
        <w:bidi/>
        <w:spacing w:after="20"/>
        <w:jc w:val="right"/>
      </w:pPr>
      <w:r>
        <w:rPr>
          <w:rFonts w:ascii="Arial" w:hAnsi="Arial" w:cs="Arial" w:eastAsia="Arial"/>
          <w:lang w:val="he-IL" w:bidi="he-IL"/>
          <w:sz w:val="24"/>
          <w:rtl/>
          <w:szCs w:val="24"/>
        </w:rPr>
        <w:t xml:space="preserve">      ☐ ב. בגן</w:t>
      </w:r>
    </w:p>
    <w:p>
      <w:pPr>
        <w:bidi/>
        <w:spacing w:after="20"/>
        <w:jc w:val="right"/>
      </w:pPr>
      <w:r>
        <w:rPr>
          <w:rFonts w:ascii="Arial" w:hAnsi="Arial" w:cs="Arial" w:eastAsia="Arial"/>
          <w:lang w:val="he-IL" w:bidi="he-IL"/>
          <w:sz w:val="24"/>
          <w:rtl/>
          <w:szCs w:val="24"/>
        </w:rPr>
        <w:t xml:space="preserve">      ☐ ג. בבית ספר</w:t>
      </w:r>
    </w:p>
    <w:p>
      <w:pPr>
        <w:bidi/>
        <w:spacing w:after="20"/>
        <w:jc w:val="right"/>
      </w:pPr>
      <w:r>
        <w:rPr>
          <w:rFonts w:ascii="Arial" w:hAnsi="Arial" w:cs="Arial" w:eastAsia="Arial"/>
          <w:lang w:val="he-IL" w:bidi="he-IL"/>
          <w:sz w:val="24"/>
          <w:rtl/>
          <w:szCs w:val="24"/>
        </w:rPr>
        <w:t xml:space="preserve">      ☐ ד. בים</w:t>
      </w:r>
    </w:p>
    <w:p>
      <w:pPr>
        <w:bidi/>
        <w:spacing w:after="20"/>
        <w:jc w:val="right"/>
      </w:pPr>
      <w:r>
        <w:rPr>
          <w:rFonts w:ascii="Arial" w:hAnsi="Arial" w:cs="Arial" w:eastAsia="Arial"/>
          <w:lang w:val="he-IL" w:bidi="he-IL"/>
          <w:b/>
          <w:sz w:val="24"/>
          <w:rtl/>
          <w:szCs w:val="24"/>
          <w:bCs/>
        </w:rPr>
        <w:t>3. איך הכלב הרגיש בהתחלה?</w:t>
      </w:r>
    </w:p>
    <w:p>
      <w:pPr>
        <w:bidi/>
        <w:spacing w:after="20"/>
        <w:jc w:val="right"/>
      </w:pPr>
      <w:r>
        <w:rPr>
          <w:rFonts w:ascii="Arial" w:hAnsi="Arial" w:cs="Arial" w:eastAsia="Arial"/>
          <w:lang w:val="he-IL" w:bidi="he-IL"/>
          <w:sz w:val="24"/>
          <w:rtl/>
          <w:szCs w:val="24"/>
        </w:rPr>
        <w:t xml:space="preserve">      ☐ א. שמח</w:t>
      </w:r>
    </w:p>
    <w:p>
      <w:pPr>
        <w:bidi/>
        <w:spacing w:after="20"/>
        <w:jc w:val="right"/>
      </w:pPr>
      <w:r>
        <w:rPr>
          <w:rFonts w:ascii="Arial" w:hAnsi="Arial" w:cs="Arial" w:eastAsia="Arial"/>
          <w:lang w:val="he-IL" w:bidi="he-IL"/>
          <w:sz w:val="24"/>
          <w:rtl/>
          <w:szCs w:val="24"/>
        </w:rPr>
        <w:t xml:space="preserve">      ☐ ב. כועס</w:t>
      </w:r>
    </w:p>
    <w:p>
      <w:pPr>
        <w:bidi/>
        <w:spacing w:after="20"/>
        <w:jc w:val="right"/>
      </w:pPr>
      <w:r>
        <w:rPr>
          <w:rFonts w:ascii="Arial" w:hAnsi="Arial" w:cs="Arial" w:eastAsia="Arial"/>
          <w:lang w:val="he-IL" w:bidi="he-IL"/>
          <w:sz w:val="24"/>
          <w:rtl/>
          <w:szCs w:val="24"/>
        </w:rPr>
        <w:t xml:space="preserve">      ☐ ג. עצוב</w:t>
      </w:r>
    </w:p>
    <w:p>
      <w:pPr>
        <w:bidi/>
        <w:spacing w:after="20"/>
        <w:jc w:val="right"/>
      </w:pPr>
      <w:r>
        <w:rPr>
          <w:rFonts w:ascii="Arial" w:hAnsi="Arial" w:cs="Arial" w:eastAsia="Arial"/>
          <w:lang w:val="he-IL" w:bidi="he-IL"/>
          <w:sz w:val="24"/>
          <w:rtl/>
          <w:szCs w:val="24"/>
        </w:rPr>
        <w:t xml:space="preserve">      ☐ ד. מפוחד</w:t>
      </w:r>
    </w:p>
    <w:p>
      <w:pPr>
        <w:bidi/>
        <w:spacing w:after="20"/>
        <w:jc w:val="right"/>
      </w:pPr>
      <w:r>
        <w:rPr>
          <w:rFonts w:ascii="Arial" w:hAnsi="Arial" w:cs="Arial" w:eastAsia="Arial"/>
          <w:lang w:val="he-IL" w:bidi="he-IL"/>
          <w:b/>
          <w:sz w:val="24"/>
          <w:rtl/>
          <w:szCs w:val="24"/>
          <w:bCs/>
        </w:rPr>
        <w:t>4. מה דני עשה כדי לעזור לכלב?</w:t>
      </w:r>
    </w:p>
    <w:p>
      <w:pPr>
        <w:bidi/>
        <w:spacing w:after="20"/>
        <w:jc w:val="right"/>
      </w:pPr>
      <w:r>
        <w:rPr>
          <w:rFonts w:ascii="Arial" w:hAnsi="Arial" w:cs="Arial" w:eastAsia="Arial"/>
          <w:lang w:val="he-IL" w:bidi="he-IL"/>
          <w:sz w:val="24"/>
          <w:rtl/>
          <w:szCs w:val="24"/>
        </w:rPr>
        <w:t xml:space="preserve">      ☐ א. ברח ממנו</w:t>
      </w:r>
    </w:p>
    <w:p>
      <w:pPr>
        <w:bidi/>
        <w:spacing w:after="20"/>
        <w:jc w:val="right"/>
      </w:pPr>
      <w:r>
        <w:rPr>
          <w:rFonts w:ascii="Arial" w:hAnsi="Arial" w:cs="Arial" w:eastAsia="Arial"/>
          <w:lang w:val="he-IL" w:bidi="he-IL"/>
          <w:sz w:val="24"/>
          <w:rtl/>
          <w:szCs w:val="24"/>
        </w:rPr>
        <w:t xml:space="preserve">      ☐ ב. ליטף אותו ודיבר איתו</w:t>
      </w:r>
    </w:p>
    <w:p>
      <w:pPr>
        <w:bidi/>
        <w:spacing w:after="20"/>
        <w:jc w:val="right"/>
      </w:pPr>
      <w:r>
        <w:rPr>
          <w:rFonts w:ascii="Arial" w:hAnsi="Arial" w:cs="Arial" w:eastAsia="Arial"/>
          <w:lang w:val="he-IL" w:bidi="he-IL"/>
          <w:sz w:val="24"/>
          <w:rtl/>
          <w:szCs w:val="24"/>
        </w:rPr>
        <w:t xml:space="preserve">      ☐ ג. צעק עליו</w:t>
      </w:r>
    </w:p>
    <w:p>
      <w:pPr>
        <w:bidi/>
        <w:spacing w:after="20"/>
        <w:jc w:val="right"/>
      </w:pPr>
      <w:r>
        <w:rPr>
          <w:rFonts w:ascii="Arial" w:hAnsi="Arial" w:cs="Arial" w:eastAsia="Arial"/>
          <w:lang w:val="he-IL" w:bidi="he-IL"/>
          <w:sz w:val="24"/>
          <w:rtl/>
          <w:szCs w:val="24"/>
        </w:rPr>
        <w:t xml:space="preserve">      ☐ ד. התעלם ממנו</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דני פגש כלב קטן בגן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הכלב היה שמח מההתחלה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דני ליטף את הכלב</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דני והכלב שיחקו רק דקה אחת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מילה מהטקסט</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דני הלך ל__________</w:t>
      </w:r>
    </w:p>
    <w:p>
      <w:pPr>
        <w:bidi/>
        <w:spacing w:after="80"/>
        <w:jc w:val="right"/>
      </w:pPr>
      <w:r>
        <w:rPr>
          <w:rFonts w:ascii="Arial" w:hAnsi="Arial" w:cs="Arial" w:eastAsia="Arial"/>
          <w:lang w:val="he-IL" w:bidi="he-IL"/>
          <w:sz w:val="24"/>
          <w:rtl/>
          <w:szCs w:val="24"/>
        </w:rPr>
        <w:t>2. הכלב היה קטן ו__________</w:t>
      </w:r>
    </w:p>
    <w:p>
      <w:pPr>
        <w:bidi/>
        <w:spacing w:after="80"/>
        <w:jc w:val="right"/>
      </w:pPr>
      <w:r>
        <w:rPr>
          <w:rFonts w:ascii="Arial" w:hAnsi="Arial" w:cs="Arial" w:eastAsia="Arial"/>
          <w:lang w:val="he-IL" w:bidi="he-IL"/>
          <w:sz w:val="24"/>
          <w:rtl/>
          <w:szCs w:val="24"/>
        </w:rPr>
        <w:t>3. דני ליטף את ה__________</w:t>
      </w:r>
    </w:p>
    <w:p>
      <w:pPr>
        <w:bidi/>
        <w:spacing w:after="80"/>
        <w:jc w:val="right"/>
      </w:pPr>
      <w:r>
        <w:rPr>
          <w:rFonts w:ascii="Arial" w:hAnsi="Arial" w:cs="Arial" w:eastAsia="Arial"/>
          <w:lang w:val="he-IL" w:bidi="he-IL"/>
          <w:sz w:val="24"/>
          <w:rtl/>
          <w:szCs w:val="24"/>
        </w:rPr>
        <w:t>4. הם שיחקו ביחד עד ה__________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מילה למשמעות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ליטף</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הזיז את הזנב משמחה</w:t>
            </w:r>
          </w:p>
        </w:tc>
      </w:tr>
      <w:tr>
        <w:tc>
          <w:tcPr>
            <w:tcW w:type="dxa" w:w="3969"/>
          </w:tcPr>
          <w:p>
            <w:pPr>
              <w:bidi/>
              <w:jc w:val="right"/>
            </w:pPr>
            <w:r>
              <w:rPr>
                <w:rFonts w:ascii="Arial" w:hAnsi="Arial" w:cs="Arial" w:eastAsia="Arial"/>
                <w:lang w:val="he-IL" w:bidi="he-IL"/>
                <w:sz w:val="24"/>
                <w:rtl/>
                <w:szCs w:val="24"/>
              </w:rPr>
              <w:t>2. כשכש</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נגע בעדינות ובאהבה</w:t>
            </w:r>
          </w:p>
        </w:tc>
      </w:tr>
      <w:tr>
        <w:tc>
          <w:tcPr>
            <w:tcW w:type="dxa" w:w="3969"/>
          </w:tcPr>
          <w:p>
            <w:pPr>
              <w:bidi/>
              <w:jc w:val="right"/>
            </w:pPr>
            <w:r>
              <w:rPr>
                <w:rFonts w:ascii="Arial" w:hAnsi="Arial" w:cs="Arial" w:eastAsia="Arial"/>
                <w:lang w:val="he-IL" w:bidi="he-IL"/>
                <w:sz w:val="24"/>
                <w:rtl/>
                <w:szCs w:val="24"/>
              </w:rPr>
              <w:t>3. עצוב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מרגיש טוב ומבסוט</w:t>
            </w:r>
          </w:p>
        </w:tc>
      </w:tr>
      <w:tr>
        <w:tc>
          <w:tcPr>
            <w:tcW w:type="dxa" w:w="3969"/>
          </w:tcPr>
          <w:p>
            <w:pPr>
              <w:bidi/>
              <w:jc w:val="right"/>
            </w:pPr>
            <w:r>
              <w:rPr>
                <w:rFonts w:ascii="Arial" w:hAnsi="Arial" w:cs="Arial" w:eastAsia="Arial"/>
                <w:lang w:val="he-IL" w:bidi="he-IL"/>
                <w:sz w:val="24"/>
                <w:rtl/>
                <w:szCs w:val="24"/>
              </w:rPr>
              <w:t>4. שמח</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לא שמח, מרגיש רע</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סדרו את הסיפור</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הכלב התחיל לכשכש בזנב</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דני הלך לגן</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דני והכלב שיחקו עד הערב</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דני ראה כלב קטן ועצוב</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דני ליטף את הכלב ודיבר איתו</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ציור ודעה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ציירו את הרגע שהכי אהבתם בסיפור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מה הייתם עושים אם הייתם פוגשים כלב עצוב? כתבו או אמרו משפט אחד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מי הדמויות בסיפור?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איך הכלב הרגיש בסוף הסיפור?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ספרו משפט אחד על מה שאהבתם בסיפור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הבנת טקסט קצר - משימות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